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AnnouncementTitle"/>
        <w:widowControl/>
      </w:pPr>
      <w:r>
        <w:t>ÇEVRİM İÇİ OTURUM BAĞLANTILARI</w:t>
      </w:r>
    </w:p>
    <w:p>
      <w:pPr>
        <w:widowControl/>
        <w:spacing w:after="100"/>
      </w:pPr>
      <w:r>
        <w:rPr>
          <w:b/>
        </w:rPr>
        <w:t>Değerli Katılımcılar,</w:t>
      </w:r>
    </w:p>
    <w:p>
      <w:pPr>
        <w:widowControl/>
        <w:spacing w:after="200"/>
      </w:pPr>
      <w:r>
        <w:t>Sempozyumumuz kapsamında gerçekleştirilecek çevrim içi oturumların tarih, saat, oturum başkanı ve Microsoft Teams katılım bağlantıları aşağıda sunulmuştur.</w:t>
      </w:r>
    </w:p>
    <w:p>
      <w:pPr>
        <w:pStyle w:val="DateHeading"/>
        <w:widowControl/>
        <w:pBdr>
          <w:bottom w:val="single" w:sz="8" w:space="4" w:color="B7C9E2"/>
        </w:pBdr>
      </w:pPr>
      <w:r>
        <w:t>24 Eylül 2026 Perşembe</w:t>
      </w:r>
    </w:p>
    <w:p>
      <w:pPr>
        <w:pStyle w:val="SessionTitle"/>
        <w:keepNext/>
        <w:widowControl/>
      </w:pPr>
      <w:r>
        <w:t>Çevrim İçi Oturum 1 – İsmail Gaspıralı Çevrim İçi Salonu</w:t>
      </w:r>
    </w:p>
    <w:p>
      <w:pPr>
        <w:pStyle w:val="SessionMeta"/>
        <w:keepNext/>
        <w:widowControl/>
      </w:pPr>
      <w:r>
        <w:rPr>
          <w:b/>
        </w:rPr>
        <w:t xml:space="preserve">Saat: </w:t>
      </w:r>
      <w:r>
        <w:t>13.30–14.40 (GMT+3)</w:t>
      </w:r>
    </w:p>
    <w:p>
      <w:pPr>
        <w:pStyle w:val="SessionMeta"/>
        <w:keepNext/>
        <w:widowControl/>
      </w:pPr>
      <w:r>
        <w:rPr>
          <w:b/>
        </w:rPr>
        <w:t xml:space="preserve">Oturum Başkanı: </w:t>
      </w:r>
      <w:r>
        <w:t>Doç. Dr. Pasha Guluzade</w:t>
      </w:r>
    </w:p>
    <w:p>
      <w:pPr>
        <w:pStyle w:val="SessionMeta"/>
        <w:keepNext/>
        <w:widowControl/>
      </w:pPr>
      <w:r>
        <w:rPr>
          <w:b/>
        </w:rPr>
        <w:t>Katılım Bağlantısı:</w:t>
      </w:r>
    </w:p>
    <w:p>
      <w:pPr>
        <w:pStyle w:val="URL"/>
        <w:widowControl/>
        <w:spacing w:after="180"/>
      </w:pPr>
      <w:hyperlink r:id="rId9">
        <w:r>
          <w:rPr>
            <w:rFonts w:ascii="Liberation Sans" w:hAnsi="Liberation Sans" w:eastAsia="Liberation Sans"/>
            <w:color w:val="0563C1"/>
            <w:u w:val="single"/>
            <w:sz w:val="19"/>
            <w:szCs w:val="19"/>
          </w:rPr>
          <w:t>https://teams.microsoft.com/meet/334705242691275?p=ej63jJtsjtp82wipsz</w:t>
        </w:r>
      </w:hyperlink>
    </w:p>
    <w:p>
      <w:pPr>
        <w:pStyle w:val="SessionTitle"/>
        <w:keepNext/>
        <w:widowControl/>
      </w:pPr>
      <w:r>
        <w:t>Çevrim İçi Oturum 9 – Cengiz Aytmatov Çevrim İçi Salonu</w:t>
      </w:r>
    </w:p>
    <w:p>
      <w:pPr>
        <w:pStyle w:val="SessionMeta"/>
        <w:keepNext/>
        <w:widowControl/>
      </w:pPr>
      <w:r>
        <w:rPr>
          <w:b/>
        </w:rPr>
        <w:t xml:space="preserve">Saat: </w:t>
      </w:r>
      <w:r>
        <w:t>13.30–14.40 (GMT+3)</w:t>
      </w:r>
    </w:p>
    <w:p>
      <w:pPr>
        <w:pStyle w:val="SessionMeta"/>
        <w:keepNext/>
        <w:widowControl/>
      </w:pPr>
      <w:r>
        <w:rPr>
          <w:b/>
        </w:rPr>
        <w:t xml:space="preserve">Oturum Başkanı: </w:t>
      </w:r>
      <w:r>
        <w:t>Prof. Dr. Salide Şerifova</w:t>
      </w:r>
    </w:p>
    <w:p>
      <w:pPr>
        <w:pStyle w:val="SessionMeta"/>
        <w:keepNext/>
        <w:widowControl/>
      </w:pPr>
      <w:r>
        <w:rPr>
          <w:b/>
        </w:rPr>
        <w:t>Katılım Bağlantısı:</w:t>
      </w:r>
    </w:p>
    <w:p>
      <w:pPr>
        <w:pStyle w:val="URL"/>
        <w:widowControl/>
        <w:spacing w:after="180"/>
      </w:pPr>
      <w:hyperlink r:id="rId10">
        <w:r>
          <w:rPr>
            <w:rFonts w:ascii="Liberation Sans" w:hAnsi="Liberation Sans" w:eastAsia="Liberation Sans"/>
            <w:color w:val="0563C1"/>
            <w:u w:val="single"/>
            <w:sz w:val="19"/>
            <w:szCs w:val="19"/>
          </w:rPr>
          <w:t>https://teams.microsoft.com/meet/335716106080187?p=aRbkoxVRyoJlQ9RFlD</w:t>
        </w:r>
      </w:hyperlink>
    </w:p>
    <w:p>
      <w:pPr>
        <w:pStyle w:val="SessionTitle"/>
        <w:keepNext/>
        <w:widowControl/>
      </w:pPr>
      <w:r>
        <w:t>Çevrim İçi Oturum 2 – İsmail Gaspıralı Çevrim İçi Salonu</w:t>
      </w:r>
    </w:p>
    <w:p>
      <w:pPr>
        <w:pStyle w:val="SessionMeta"/>
        <w:keepNext/>
        <w:widowControl/>
      </w:pPr>
      <w:r>
        <w:rPr>
          <w:b/>
        </w:rPr>
        <w:t xml:space="preserve">Saat: </w:t>
      </w:r>
      <w:r>
        <w:t>14.55–16.05 (GMT+3)</w:t>
      </w:r>
    </w:p>
    <w:p>
      <w:pPr>
        <w:pStyle w:val="SessionMeta"/>
        <w:keepNext/>
        <w:widowControl/>
      </w:pPr>
      <w:r>
        <w:rPr>
          <w:b/>
        </w:rPr>
        <w:t xml:space="preserve">Oturum Başkanı: </w:t>
      </w:r>
      <w:r>
        <w:t>Prof. Dr. Elçin İbrahimov</w:t>
      </w:r>
    </w:p>
    <w:p>
      <w:pPr>
        <w:pStyle w:val="SessionMeta"/>
        <w:keepNext/>
        <w:widowControl/>
      </w:pPr>
      <w:r>
        <w:rPr>
          <w:b/>
        </w:rPr>
        <w:t>Katılım Bağlantısı:</w:t>
      </w:r>
    </w:p>
    <w:p>
      <w:pPr>
        <w:pStyle w:val="URL"/>
        <w:widowControl/>
        <w:spacing w:after="180"/>
      </w:pPr>
      <w:hyperlink r:id="rId11">
        <w:r>
          <w:rPr>
            <w:rFonts w:ascii="Liberation Sans" w:hAnsi="Liberation Sans" w:eastAsia="Liberation Sans"/>
            <w:color w:val="0563C1"/>
            <w:u w:val="single"/>
            <w:sz w:val="19"/>
            <w:szCs w:val="19"/>
          </w:rPr>
          <w:t>https://teams.microsoft.com/meet/322686422358974?p=BTRr7dUaNF2TYcZ761</w:t>
        </w:r>
      </w:hyperlink>
    </w:p>
    <w:p>
      <w:pPr>
        <w:pStyle w:val="SessionTitle"/>
        <w:keepNext/>
        <w:widowControl/>
      </w:pPr>
      <w:r>
        <w:t>Çevrim İçi Oturum 3 – İsmail Gaspıralı Çevrim İçi Salonu</w:t>
      </w:r>
    </w:p>
    <w:p>
      <w:pPr>
        <w:pStyle w:val="SessionMeta"/>
        <w:keepNext/>
        <w:widowControl/>
      </w:pPr>
      <w:r>
        <w:rPr>
          <w:b/>
        </w:rPr>
        <w:t xml:space="preserve">Saat: </w:t>
      </w:r>
      <w:r>
        <w:t>16.20–17.30 (GMT+3)</w:t>
      </w:r>
    </w:p>
    <w:p>
      <w:pPr>
        <w:pStyle w:val="SessionMeta"/>
        <w:keepNext/>
        <w:widowControl/>
      </w:pPr>
      <w:r>
        <w:rPr>
          <w:b/>
        </w:rPr>
        <w:t xml:space="preserve">Oturum Başkanı: </w:t>
      </w:r>
      <w:r>
        <w:t>Doç. Dr. Zekiye Tunç</w:t>
      </w:r>
    </w:p>
    <w:p>
      <w:pPr>
        <w:pStyle w:val="SessionMeta"/>
        <w:keepNext/>
        <w:widowControl/>
      </w:pPr>
      <w:r>
        <w:rPr>
          <w:b/>
        </w:rPr>
        <w:t>Katılım Bağlantısı:</w:t>
      </w:r>
    </w:p>
    <w:p>
      <w:pPr>
        <w:pStyle w:val="URL"/>
        <w:widowControl/>
        <w:spacing w:after="180"/>
      </w:pPr>
      <w:hyperlink r:id="rId12">
        <w:r>
          <w:rPr>
            <w:rFonts w:ascii="Liberation Sans" w:hAnsi="Liberation Sans" w:eastAsia="Liberation Sans"/>
            <w:color w:val="0563C1"/>
            <w:u w:val="single"/>
            <w:sz w:val="19"/>
            <w:szCs w:val="19"/>
          </w:rPr>
          <w:t>https://teams.microsoft.com/meet/312289068603485?p=YxsaPRcYj6YEKwsWQG</w:t>
        </w:r>
      </w:hyperlink>
    </w:p>
    <w:p>
      <w:pPr>
        <w:widowControl/>
      </w:pPr>
      <w:r>
        <w:br w:type="page"/>
      </w:r>
    </w:p>
    <w:p>
      <w:pPr>
        <w:pStyle w:val="DateHeading"/>
        <w:widowControl/>
        <w:pBdr>
          <w:bottom w:val="single" w:sz="8" w:space="4" w:color="B7C9E2"/>
        </w:pBdr>
      </w:pPr>
      <w:r>
        <w:t>25 Eylül 2026 Cuma</w:t>
      </w:r>
    </w:p>
    <w:p>
      <w:pPr>
        <w:pStyle w:val="SessionTitle"/>
        <w:keepNext/>
        <w:widowControl/>
      </w:pPr>
      <w:r>
        <w:t>Çevrim İçi Oturum 4 – İsmail Gaspıralı Çevrim İçi Salonu</w:t>
      </w:r>
    </w:p>
    <w:p>
      <w:pPr>
        <w:pStyle w:val="SessionMeta"/>
        <w:keepNext/>
        <w:widowControl/>
      </w:pPr>
      <w:r>
        <w:rPr>
          <w:b/>
        </w:rPr>
        <w:t xml:space="preserve">Saat: </w:t>
      </w:r>
      <w:r>
        <w:t>10.00–11.20 (GMT+3)</w:t>
      </w:r>
    </w:p>
    <w:p>
      <w:pPr>
        <w:pStyle w:val="SessionMeta"/>
        <w:keepNext/>
        <w:widowControl/>
      </w:pPr>
      <w:r>
        <w:rPr>
          <w:b/>
        </w:rPr>
        <w:t xml:space="preserve">Oturum Başkanı: </w:t>
      </w:r>
      <w:r>
        <w:t>Dr. Öğr. Üyesi Serdar Gürçay</w:t>
      </w:r>
    </w:p>
    <w:p>
      <w:pPr>
        <w:pStyle w:val="SessionMeta"/>
        <w:keepNext/>
        <w:widowControl/>
      </w:pPr>
      <w:r>
        <w:rPr>
          <w:b/>
        </w:rPr>
        <w:t>Katılım Bağlantısı:</w:t>
      </w:r>
    </w:p>
    <w:p>
      <w:pPr>
        <w:pStyle w:val="URL"/>
        <w:widowControl/>
        <w:spacing w:after="180"/>
      </w:pPr>
      <w:hyperlink r:id="rId13">
        <w:r>
          <w:rPr>
            <w:rFonts w:ascii="Liberation Sans" w:hAnsi="Liberation Sans" w:eastAsia="Liberation Sans"/>
            <w:color w:val="0563C1"/>
            <w:u w:val="single"/>
            <w:sz w:val="19"/>
            <w:szCs w:val="19"/>
          </w:rPr>
          <w:t>https://teams.microsoft.com/meet/337915131075011?p=WvOpp9vYefJ2tUOlx8</w:t>
        </w:r>
      </w:hyperlink>
    </w:p>
    <w:p>
      <w:pPr>
        <w:pStyle w:val="SessionTitle"/>
        <w:keepNext/>
        <w:widowControl/>
      </w:pPr>
      <w:r>
        <w:t>Çevrim İçi Oturum 5 – Cengiz Aytmatov Çevrim İçi Salonu</w:t>
      </w:r>
    </w:p>
    <w:p>
      <w:pPr>
        <w:pStyle w:val="SessionMeta"/>
        <w:keepNext/>
        <w:widowControl/>
      </w:pPr>
      <w:r>
        <w:rPr>
          <w:b/>
        </w:rPr>
        <w:t xml:space="preserve">Saat: </w:t>
      </w:r>
      <w:r>
        <w:t>10.00–11.20 (GMT+3)</w:t>
      </w:r>
    </w:p>
    <w:p>
      <w:pPr>
        <w:pStyle w:val="SessionMeta"/>
        <w:keepNext/>
        <w:widowControl/>
      </w:pPr>
      <w:r>
        <w:rPr>
          <w:b/>
        </w:rPr>
        <w:t xml:space="preserve">Oturum Başkanı: </w:t>
      </w:r>
      <w:r>
        <w:t>Doç. Dr. Adilbekova Elmira Seytimovna</w:t>
      </w:r>
    </w:p>
    <w:p>
      <w:pPr>
        <w:pStyle w:val="SessionMeta"/>
        <w:keepNext/>
        <w:widowControl/>
      </w:pPr>
      <w:r>
        <w:rPr>
          <w:b/>
        </w:rPr>
        <w:t>Katılım Bağlantısı:</w:t>
      </w:r>
    </w:p>
    <w:p>
      <w:pPr>
        <w:pStyle w:val="URL"/>
        <w:widowControl/>
        <w:spacing w:after="180"/>
      </w:pPr>
      <w:hyperlink r:id="rId14">
        <w:r>
          <w:rPr>
            <w:rFonts w:ascii="Liberation Sans" w:hAnsi="Liberation Sans" w:eastAsia="Liberation Sans"/>
            <w:color w:val="0563C1"/>
            <w:u w:val="single"/>
            <w:sz w:val="19"/>
            <w:szCs w:val="19"/>
          </w:rPr>
          <w:t>https://teams.microsoft.com/meet/345299840760336?p=e7YP7HsXCqKYDATwFw</w:t>
        </w:r>
      </w:hyperlink>
    </w:p>
    <w:p>
      <w:pPr>
        <w:pStyle w:val="SessionTitle"/>
        <w:keepNext/>
        <w:widowControl/>
      </w:pPr>
      <w:r>
        <w:t>Çevrim İçi Oturum 6 – İsmail Gaspıralı Çevrim İçi Salonu</w:t>
      </w:r>
    </w:p>
    <w:p>
      <w:pPr>
        <w:pStyle w:val="SessionMeta"/>
        <w:keepNext/>
        <w:widowControl/>
      </w:pPr>
      <w:r>
        <w:rPr>
          <w:b/>
        </w:rPr>
        <w:t xml:space="preserve">Saat: </w:t>
      </w:r>
      <w:r>
        <w:t>13.00–14.10 (GMT+3)</w:t>
      </w:r>
    </w:p>
    <w:p>
      <w:pPr>
        <w:pStyle w:val="SessionMeta"/>
        <w:keepNext/>
        <w:widowControl/>
      </w:pPr>
      <w:r>
        <w:rPr>
          <w:b/>
        </w:rPr>
        <w:t xml:space="preserve">Oturum Başkanı: </w:t>
      </w:r>
      <w:r>
        <w:t>Doç. Dr. Soatova Gulzoda Nurmamat qizi</w:t>
      </w:r>
    </w:p>
    <w:p>
      <w:pPr>
        <w:pStyle w:val="SessionMeta"/>
        <w:keepNext/>
        <w:widowControl/>
      </w:pPr>
      <w:r>
        <w:rPr>
          <w:b/>
        </w:rPr>
        <w:t>Katılım Bağlantısı:</w:t>
      </w:r>
    </w:p>
    <w:p>
      <w:pPr>
        <w:pStyle w:val="URL"/>
        <w:widowControl/>
        <w:spacing w:after="180"/>
      </w:pPr>
      <w:hyperlink r:id="rId15">
        <w:r>
          <w:rPr>
            <w:rFonts w:ascii="Liberation Sans" w:hAnsi="Liberation Sans" w:eastAsia="Liberation Sans"/>
            <w:color w:val="0563C1"/>
            <w:u w:val="single"/>
            <w:sz w:val="19"/>
            <w:szCs w:val="19"/>
          </w:rPr>
          <w:t>https://teams.microsoft.com/meet/399885897760082?p=EU5EP1wFAPqQ25dxMN</w:t>
        </w:r>
      </w:hyperlink>
    </w:p>
    <w:p>
      <w:pPr>
        <w:pStyle w:val="SessionTitle"/>
        <w:keepNext/>
        <w:widowControl/>
      </w:pPr>
      <w:r>
        <w:t>Çevrim İçi Oturum 10 – Cengiz Aytmatov Çevrim İçi Salonu</w:t>
      </w:r>
    </w:p>
    <w:p>
      <w:pPr>
        <w:pStyle w:val="SessionMeta"/>
        <w:keepNext/>
        <w:widowControl/>
      </w:pPr>
      <w:r>
        <w:rPr>
          <w:b/>
        </w:rPr>
        <w:t xml:space="preserve">Saat: </w:t>
      </w:r>
      <w:r>
        <w:t>13.00–14.20 (GMT+3)</w:t>
      </w:r>
    </w:p>
    <w:p>
      <w:pPr>
        <w:pStyle w:val="SessionMeta"/>
        <w:keepNext/>
        <w:widowControl/>
      </w:pPr>
      <w:r>
        <w:rPr>
          <w:b/>
        </w:rPr>
        <w:t xml:space="preserve">Oturum Başkanı: </w:t>
      </w:r>
      <w:r>
        <w:t>Prof. Dr. Mustafa Öner</w:t>
      </w:r>
    </w:p>
    <w:p>
      <w:pPr>
        <w:pStyle w:val="SessionMeta"/>
        <w:keepNext/>
        <w:widowControl/>
      </w:pPr>
      <w:r>
        <w:rPr>
          <w:b/>
        </w:rPr>
        <w:t>Katılım Bağlantısı:</w:t>
      </w:r>
    </w:p>
    <w:p>
      <w:pPr>
        <w:pStyle w:val="URL"/>
        <w:widowControl/>
        <w:spacing w:after="180"/>
      </w:pPr>
      <w:hyperlink r:id="rId16">
        <w:r>
          <w:rPr>
            <w:rFonts w:ascii="Liberation Sans" w:hAnsi="Liberation Sans" w:eastAsia="Liberation Sans"/>
            <w:color w:val="0563C1"/>
            <w:u w:val="single"/>
            <w:sz w:val="19"/>
            <w:szCs w:val="19"/>
          </w:rPr>
          <w:t>https://teams.microsoft.com/meet/310974658406100?p=8mfR9j1IBKRQ921LVC</w:t>
        </w:r>
      </w:hyperlink>
    </w:p>
    <w:p>
      <w:pPr>
        <w:pStyle w:val="SessionTitle"/>
        <w:keepNext/>
        <w:widowControl/>
      </w:pPr>
      <w:r>
        <w:t>Çevrim İçi Oturum 7 – İsmail Gaspıralı Çevrim İçi Salonu</w:t>
      </w:r>
    </w:p>
    <w:p>
      <w:pPr>
        <w:pStyle w:val="SessionMeta"/>
        <w:keepNext/>
        <w:widowControl/>
      </w:pPr>
      <w:r>
        <w:rPr>
          <w:b/>
        </w:rPr>
        <w:t xml:space="preserve">Saat: </w:t>
      </w:r>
      <w:r>
        <w:t>14.35–15.55 (GMT+3)</w:t>
      </w:r>
    </w:p>
    <w:p>
      <w:pPr>
        <w:pStyle w:val="SessionMeta"/>
        <w:keepNext/>
        <w:widowControl/>
      </w:pPr>
      <w:r>
        <w:rPr>
          <w:b/>
        </w:rPr>
        <w:t xml:space="preserve">Oturum Başkanı: </w:t>
      </w:r>
      <w:r>
        <w:t>Prof. Dr. Muhamedova Saodat Xudoyberdiyevna</w:t>
      </w:r>
    </w:p>
    <w:p>
      <w:pPr>
        <w:pStyle w:val="SessionMeta"/>
        <w:keepNext/>
        <w:widowControl/>
      </w:pPr>
      <w:r>
        <w:rPr>
          <w:b/>
        </w:rPr>
        <w:t>Katılım Bağlantısı:</w:t>
      </w:r>
    </w:p>
    <w:p>
      <w:pPr>
        <w:pStyle w:val="URL"/>
        <w:widowControl/>
        <w:spacing w:after="180"/>
      </w:pPr>
      <w:hyperlink r:id="rId17">
        <w:r>
          <w:rPr>
            <w:rFonts w:ascii="Liberation Sans" w:hAnsi="Liberation Sans" w:eastAsia="Liberation Sans"/>
            <w:color w:val="0563C1"/>
            <w:u w:val="single"/>
            <w:sz w:val="19"/>
            <w:szCs w:val="19"/>
          </w:rPr>
          <w:t>https://teams.microsoft.com/meet/374706112890880?p=NDLPwr3QR53SUTI6vZ</w:t>
        </w:r>
      </w:hyperlink>
    </w:p>
    <w:p>
      <w:pPr>
        <w:pStyle w:val="SessionTitle"/>
        <w:keepNext/>
        <w:widowControl/>
      </w:pPr>
      <w:r>
        <w:t>Çevrim İçi Oturum 8 – İsmail Gaspıralı Çevrim İçi Salonu</w:t>
      </w:r>
    </w:p>
    <w:p>
      <w:pPr>
        <w:pStyle w:val="SessionMeta"/>
        <w:keepNext/>
        <w:widowControl/>
      </w:pPr>
      <w:r>
        <w:rPr>
          <w:b/>
        </w:rPr>
        <w:t xml:space="preserve">Saat: </w:t>
      </w:r>
      <w:r>
        <w:t>16.10–17.20 (GMT+3)</w:t>
      </w:r>
    </w:p>
    <w:p>
      <w:pPr>
        <w:pStyle w:val="SessionMeta"/>
        <w:keepNext/>
        <w:widowControl/>
      </w:pPr>
      <w:r>
        <w:rPr>
          <w:b/>
        </w:rPr>
        <w:t xml:space="preserve">Oturum Başkanı: </w:t>
      </w:r>
      <w:r>
        <w:t>Doç. Dr. Meleyke Memmedova</w:t>
      </w:r>
    </w:p>
    <w:p>
      <w:pPr>
        <w:pStyle w:val="SessionMeta"/>
        <w:keepNext/>
        <w:widowControl/>
      </w:pPr>
      <w:r>
        <w:rPr>
          <w:b/>
        </w:rPr>
        <w:t>Katılım Bağlantısı:</w:t>
      </w:r>
    </w:p>
    <w:p>
      <w:pPr>
        <w:pStyle w:val="URL"/>
        <w:widowControl/>
        <w:spacing w:after="180"/>
      </w:pPr>
      <w:hyperlink r:id="rId18">
        <w:r>
          <w:rPr>
            <w:rFonts w:ascii="Liberation Sans" w:hAnsi="Liberation Sans" w:eastAsia="Liberation Sans"/>
            <w:color w:val="0563C1"/>
            <w:u w:val="single"/>
            <w:sz w:val="19"/>
            <w:szCs w:val="19"/>
          </w:rPr>
          <w:t>https://teams.microsoft.com/meet/378421857307056?p=ECjeSnhRgJ8bkvzP6j</w:t>
        </w:r>
      </w:hyperlink>
    </w:p>
    <w:p>
      <w:pPr>
        <w:widowControl/>
        <w:spacing w:before="120" w:after="60"/>
      </w:pPr>
      <w:r>
        <w:t>Katılımcılarımızın oturum saatinden birkaç dakika önce ilgili bağlantı üzerinden çevrim içi salona giriş yapmaları rica olunur.</w:t>
      </w:r>
    </w:p>
    <w:p>
      <w:pPr>
        <w:widowControl/>
        <w:spacing w:after="0"/>
      </w:pPr>
      <w:r>
        <w:rPr>
          <w:b/>
        </w:rPr>
        <w:t>Bilgilerinize sunar, katılımlarınızı bekleriz.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nnouncementTitle">
    <w:name w:val="Announcement Title"/>
    <w:pPr>
      <w:spacing w:after="200"/>
      <w:jc w:val="center"/>
    </w:pPr>
    <w:rPr>
      <w:rFonts w:ascii="Liberation Sans" w:hAnsi="Liberation Sans" w:eastAsia="Liberation Sans"/>
      <w:b/>
      <w:sz w:val="32"/>
    </w:rPr>
  </w:style>
  <w:style w:type="paragraph" w:customStyle="1" w:styleId="DateHeading">
    <w:name w:val="Date Heading"/>
    <w:pPr>
      <w:spacing w:before="160" w:after="160"/>
    </w:pPr>
    <w:rPr>
      <w:rFonts w:ascii="Liberation Sans" w:hAnsi="Liberation Sans" w:eastAsia="Liberation Sans"/>
      <w:b/>
      <w:sz w:val="26"/>
    </w:rPr>
  </w:style>
  <w:style w:type="paragraph" w:customStyle="1" w:styleId="SessionTitle">
    <w:name w:val="Session Title"/>
    <w:pPr>
      <w:spacing w:before="80" w:after="40"/>
    </w:pPr>
    <w:rPr>
      <w:rFonts w:ascii="Liberation Sans" w:hAnsi="Liberation Sans" w:eastAsia="Liberation Sans"/>
      <w:b/>
      <w:sz w:val="22"/>
    </w:rPr>
  </w:style>
  <w:style w:type="paragraph" w:customStyle="1" w:styleId="SessionMeta">
    <w:name w:val="Session Meta"/>
    <w:pPr>
      <w:spacing w:after="30" w:line="240" w:lineRule="auto"/>
    </w:pPr>
    <w:rPr>
      <w:rFonts w:ascii="Liberation Sans" w:hAnsi="Liberation Sans" w:eastAsia="Liberation Sans"/>
      <w:sz w:val="20"/>
    </w:rPr>
  </w:style>
  <w:style w:type="paragraph" w:customStyle="1" w:styleId="URL">
    <w:name w:val="URL"/>
    <w:pPr>
      <w:spacing w:after="180" w:line="240" w:lineRule="auto"/>
    </w:pPr>
    <w:rPr>
      <w:rFonts w:ascii="Liberation Sans" w:hAnsi="Liberation Sans" w:eastAsia="Liberation Sans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eams.microsoft.com/meet/334705242691275?p=ej63jJtsjtp82wipsz" TargetMode="External"/><Relationship Id="rId10" Type="http://schemas.openxmlformats.org/officeDocument/2006/relationships/hyperlink" Target="https://teams.microsoft.com/meet/335716106080187?p=aRbkoxVRyoJlQ9RFlD" TargetMode="External"/><Relationship Id="rId11" Type="http://schemas.openxmlformats.org/officeDocument/2006/relationships/hyperlink" Target="https://teams.microsoft.com/meet/322686422358974?p=BTRr7dUaNF2TYcZ761" TargetMode="External"/><Relationship Id="rId12" Type="http://schemas.openxmlformats.org/officeDocument/2006/relationships/hyperlink" Target="https://teams.microsoft.com/meet/312289068603485?p=YxsaPRcYj6YEKwsWQG" TargetMode="External"/><Relationship Id="rId13" Type="http://schemas.openxmlformats.org/officeDocument/2006/relationships/hyperlink" Target="https://teams.microsoft.com/meet/337915131075011?p=WvOpp9vYefJ2tUOlx8" TargetMode="External"/><Relationship Id="rId14" Type="http://schemas.openxmlformats.org/officeDocument/2006/relationships/hyperlink" Target="https://teams.microsoft.com/meet/345299840760336?p=e7YP7HsXCqKYDATwFw" TargetMode="External"/><Relationship Id="rId15" Type="http://schemas.openxmlformats.org/officeDocument/2006/relationships/hyperlink" Target="https://teams.microsoft.com/meet/399885897760082?p=EU5EP1wFAPqQ25dxMN" TargetMode="External"/><Relationship Id="rId16" Type="http://schemas.openxmlformats.org/officeDocument/2006/relationships/hyperlink" Target="https://teams.microsoft.com/meet/310974658406100?p=8mfR9j1IBKRQ921LVC" TargetMode="External"/><Relationship Id="rId17" Type="http://schemas.openxmlformats.org/officeDocument/2006/relationships/hyperlink" Target="https://teams.microsoft.com/meet/374706112890880?p=NDLPwr3QR53SUTI6vZ" TargetMode="External"/><Relationship Id="rId18" Type="http://schemas.openxmlformats.org/officeDocument/2006/relationships/hyperlink" Target="https://teams.microsoft.com/meet/378421857307056?p=ECjeSnhRgJ8bkvzP6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